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6EFE65" w14:textId="77777777" w:rsidR="00B54C3E" w:rsidRDefault="00331D2F">
      <w:pPr>
        <w:pStyle w:val="Title"/>
        <w:jc w:val="center"/>
      </w:pPr>
      <w:r>
        <w:t>Packer Medical Center — Patient Forms Packet</w:t>
      </w:r>
    </w:p>
    <w:p w14:paraId="0E221234" w14:textId="77777777" w:rsidR="00B54C3E" w:rsidRDefault="00331D2F">
      <w:r>
        <w:br w:type="page"/>
      </w:r>
    </w:p>
    <w:p w14:paraId="4C21207E" w14:textId="77777777" w:rsidR="00B54C3E" w:rsidRDefault="00331D2F">
      <w:pPr>
        <w:jc w:val="center"/>
      </w:pPr>
      <w:r>
        <w:rPr>
          <w:noProof/>
        </w:rPr>
        <w:lastRenderedPageBreak/>
        <w:drawing>
          <wp:inline distT="0" distB="0" distL="0" distR="0" wp14:anchorId="71E81468" wp14:editId="6F63CBE5">
            <wp:extent cx="1828800" cy="182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2a7fd7-528d-412a-847f-420b57262aa4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8662E" w14:textId="77777777" w:rsidR="00B54C3E" w:rsidRDefault="00331D2F">
      <w:pPr>
        <w:jc w:val="center"/>
      </w:pPr>
      <w:r>
        <w:rPr>
          <w:b/>
        </w:rPr>
        <w:t>Packer Medical Center</w:t>
      </w:r>
      <w:r>
        <w:rPr>
          <w:b/>
        </w:rPr>
        <w:br/>
        <w:t>9175 Guilford Rd, Suite 300-1020</w:t>
      </w:r>
      <w:r>
        <w:rPr>
          <w:b/>
        </w:rPr>
        <w:br/>
        <w:t>Columbia, Maryland 21046</w:t>
      </w:r>
      <w:r>
        <w:rPr>
          <w:b/>
        </w:rPr>
        <w:br/>
        <w:t>Phone: (410) 512-9122</w:t>
      </w:r>
      <w:r>
        <w:rPr>
          <w:b/>
        </w:rPr>
        <w:br/>
        <w:t>Email: customerservice@packermedicalcenter.com</w:t>
      </w:r>
      <w:r>
        <w:rPr>
          <w:b/>
        </w:rPr>
        <w:br/>
      </w:r>
      <w:r>
        <w:rPr>
          <w:b/>
        </w:rPr>
        <w:t>Website: www.packermedicalcenter.com</w:t>
      </w:r>
      <w:r>
        <w:rPr>
          <w:b/>
        </w:rPr>
        <w:br/>
      </w:r>
    </w:p>
    <w:p w14:paraId="47A4B579" w14:textId="77777777" w:rsidR="00B54C3E" w:rsidRDefault="00331D2F">
      <w:pPr>
        <w:pStyle w:val="Heading1"/>
        <w:jc w:val="center"/>
      </w:pPr>
      <w:r>
        <w:t>1. New Patient Registration Form</w:t>
      </w:r>
    </w:p>
    <w:p w14:paraId="14D2B6BB" w14:textId="77777777" w:rsidR="00B54C3E" w:rsidRDefault="00331D2F">
      <w:r>
        <w:t>Patient Name: ____________________________</w:t>
      </w:r>
    </w:p>
    <w:p w14:paraId="72B8DA41" w14:textId="77777777" w:rsidR="00B54C3E" w:rsidRDefault="00331D2F">
      <w:r>
        <w:t>Date of Birth: ____________________________</w:t>
      </w:r>
    </w:p>
    <w:p w14:paraId="3899E3E7" w14:textId="77777777" w:rsidR="00B54C3E" w:rsidRDefault="00331D2F">
      <w:r>
        <w:t>Address: _________________________________</w:t>
      </w:r>
    </w:p>
    <w:p w14:paraId="02C8EB2A" w14:textId="77777777" w:rsidR="00B54C3E" w:rsidRDefault="00331D2F">
      <w:r>
        <w:t>City/State/Zip: __________________________</w:t>
      </w:r>
    </w:p>
    <w:p w14:paraId="70F2605A" w14:textId="77777777" w:rsidR="00B54C3E" w:rsidRDefault="00331D2F">
      <w:r>
        <w:t>Phone: _________________________________</w:t>
      </w:r>
    </w:p>
    <w:p w14:paraId="1D676272" w14:textId="77777777" w:rsidR="00B54C3E" w:rsidRDefault="00331D2F">
      <w:r>
        <w:t>Email: _________________________________</w:t>
      </w:r>
    </w:p>
    <w:p w14:paraId="223882A9" w14:textId="77777777" w:rsidR="00B54C3E" w:rsidRDefault="00331D2F">
      <w:r>
        <w:t>Emergency Contact: _______________________</w:t>
      </w:r>
    </w:p>
    <w:p w14:paraId="6CF95FAA" w14:textId="77777777" w:rsidR="00B54C3E" w:rsidRDefault="00331D2F">
      <w:r>
        <w:t>Emergency Phone: ________________________</w:t>
      </w:r>
    </w:p>
    <w:p w14:paraId="35D7E788" w14:textId="77777777" w:rsidR="00B54C3E" w:rsidRDefault="00331D2F">
      <w:r>
        <w:t>Preferred Pharmacy: ______________________</w:t>
      </w:r>
    </w:p>
    <w:p w14:paraId="36DA201A" w14:textId="77777777" w:rsidR="00B54C3E" w:rsidRDefault="00331D2F">
      <w:r>
        <w:t>Insurance Provider: ______________________</w:t>
      </w:r>
    </w:p>
    <w:p w14:paraId="690E5B29" w14:textId="77777777" w:rsidR="00B54C3E" w:rsidRDefault="00331D2F">
      <w:r>
        <w:t>Insurance Member ID: _____________________</w:t>
      </w:r>
    </w:p>
    <w:p w14:paraId="66CC2C4D" w14:textId="77777777" w:rsidR="00B54C3E" w:rsidRDefault="00331D2F">
      <w:r>
        <w:t>Patient Signature: _______________________   Date: __________</w:t>
      </w:r>
    </w:p>
    <w:p w14:paraId="41CC8234" w14:textId="77777777" w:rsidR="00B54C3E" w:rsidRDefault="00331D2F">
      <w:r>
        <w:br w:type="page"/>
      </w:r>
    </w:p>
    <w:p w14:paraId="5DABE4DF" w14:textId="77777777" w:rsidR="00B54C3E" w:rsidRDefault="00331D2F">
      <w:pPr>
        <w:jc w:val="center"/>
      </w:pPr>
      <w:r>
        <w:rPr>
          <w:noProof/>
        </w:rPr>
        <w:lastRenderedPageBreak/>
        <w:drawing>
          <wp:inline distT="0" distB="0" distL="0" distR="0" wp14:anchorId="6292029B" wp14:editId="167ADC3D">
            <wp:extent cx="1828800" cy="182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2a7fd7-528d-412a-847f-420b57262aa4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3301" w14:textId="77777777" w:rsidR="00B54C3E" w:rsidRDefault="00331D2F">
      <w:pPr>
        <w:jc w:val="center"/>
      </w:pPr>
      <w:r>
        <w:rPr>
          <w:b/>
        </w:rPr>
        <w:t>Packer Medical Center</w:t>
      </w:r>
      <w:r>
        <w:rPr>
          <w:b/>
        </w:rPr>
        <w:br/>
        <w:t>9175 Guilford Rd, Suite 300-1020</w:t>
      </w:r>
      <w:r>
        <w:rPr>
          <w:b/>
        </w:rPr>
        <w:br/>
        <w:t>Columbia, Maryland 21046</w:t>
      </w:r>
      <w:r>
        <w:rPr>
          <w:b/>
        </w:rPr>
        <w:br/>
        <w:t>Phone: (410) 512-9122</w:t>
      </w:r>
      <w:r>
        <w:rPr>
          <w:b/>
        </w:rPr>
        <w:br/>
        <w:t>Email: customerservice@packermedicalcenter.com</w:t>
      </w:r>
      <w:r>
        <w:rPr>
          <w:b/>
        </w:rPr>
        <w:br/>
        <w:t>Website: www.packermedicalcenter.com</w:t>
      </w:r>
      <w:r>
        <w:rPr>
          <w:b/>
        </w:rPr>
        <w:br/>
      </w:r>
    </w:p>
    <w:p w14:paraId="6C4967BB" w14:textId="77777777" w:rsidR="00B54C3E" w:rsidRDefault="00331D2F">
      <w:pPr>
        <w:pStyle w:val="Heading1"/>
        <w:jc w:val="center"/>
      </w:pPr>
      <w:r>
        <w:t>2. HIPAA Privacy Acknowledgment</w:t>
      </w:r>
    </w:p>
    <w:p w14:paraId="571D5DE1" w14:textId="77777777" w:rsidR="00B54C3E" w:rsidRDefault="00331D2F">
      <w:r>
        <w:t>I acknowledge that I have received the Notice of Privacy Practices from Packer Medical Center.</w:t>
      </w:r>
    </w:p>
    <w:p w14:paraId="1CA75EC7" w14:textId="77777777" w:rsidR="00B54C3E" w:rsidRDefault="00331D2F">
      <w:r>
        <w:t>Patient Signature: _______________________   Date: __________</w:t>
      </w:r>
    </w:p>
    <w:p w14:paraId="5BEBAA32" w14:textId="77777777" w:rsidR="00B54C3E" w:rsidRDefault="00331D2F">
      <w:r>
        <w:br w:type="page"/>
      </w:r>
    </w:p>
    <w:p w14:paraId="7AED18F3" w14:textId="77777777" w:rsidR="00B54C3E" w:rsidRDefault="00331D2F">
      <w:pPr>
        <w:jc w:val="center"/>
      </w:pPr>
      <w:r>
        <w:rPr>
          <w:noProof/>
        </w:rPr>
        <w:lastRenderedPageBreak/>
        <w:drawing>
          <wp:inline distT="0" distB="0" distL="0" distR="0" wp14:anchorId="025FC12B" wp14:editId="2E823A28">
            <wp:extent cx="1828800" cy="182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2a7fd7-528d-412a-847f-420b57262aa4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32BD8" w14:textId="77777777" w:rsidR="00B54C3E" w:rsidRDefault="00331D2F">
      <w:pPr>
        <w:jc w:val="center"/>
      </w:pPr>
      <w:r>
        <w:rPr>
          <w:b/>
        </w:rPr>
        <w:t>Packer Medical Center</w:t>
      </w:r>
      <w:r>
        <w:rPr>
          <w:b/>
        </w:rPr>
        <w:br/>
        <w:t>9175 Guilford Rd, Suite 300-1020</w:t>
      </w:r>
      <w:r>
        <w:rPr>
          <w:b/>
        </w:rPr>
        <w:br/>
        <w:t>Columbia, Maryland 21046</w:t>
      </w:r>
      <w:r>
        <w:rPr>
          <w:b/>
        </w:rPr>
        <w:br/>
        <w:t>Phone: (410) 512-9122</w:t>
      </w:r>
      <w:r>
        <w:rPr>
          <w:b/>
        </w:rPr>
        <w:br/>
        <w:t>Email: customerservice@packermedicalcenter.com</w:t>
      </w:r>
      <w:r>
        <w:rPr>
          <w:b/>
        </w:rPr>
        <w:br/>
        <w:t>Website: www.packermedicalcenter.com</w:t>
      </w:r>
      <w:r>
        <w:rPr>
          <w:b/>
        </w:rPr>
        <w:br/>
      </w:r>
    </w:p>
    <w:p w14:paraId="4A15EA30" w14:textId="77777777" w:rsidR="00B54C3E" w:rsidRDefault="00331D2F">
      <w:pPr>
        <w:pStyle w:val="Heading1"/>
        <w:jc w:val="center"/>
      </w:pPr>
      <w:r>
        <w:t>3. Consent for Treatment</w:t>
      </w:r>
    </w:p>
    <w:p w14:paraId="45C622DB" w14:textId="77777777" w:rsidR="00B54C3E" w:rsidRDefault="00331D2F">
      <w:r>
        <w:t>I consent to medical evaluation and treatment by Packer Medical Center.</w:t>
      </w:r>
    </w:p>
    <w:p w14:paraId="5D340938" w14:textId="77777777" w:rsidR="00B54C3E" w:rsidRDefault="00331D2F">
      <w:r>
        <w:t>I understand medical care may include diagnostic testing and treatment.</w:t>
      </w:r>
    </w:p>
    <w:p w14:paraId="30528522" w14:textId="77777777" w:rsidR="00B54C3E" w:rsidRDefault="00331D2F">
      <w:r>
        <w:t>Patient Signature: _______________________   Date: __________</w:t>
      </w:r>
    </w:p>
    <w:p w14:paraId="68CA3062" w14:textId="77777777" w:rsidR="00B54C3E" w:rsidRDefault="00331D2F">
      <w:r>
        <w:br w:type="page"/>
      </w:r>
    </w:p>
    <w:p w14:paraId="2FAF00EF" w14:textId="77777777" w:rsidR="00B54C3E" w:rsidRDefault="00331D2F">
      <w:pPr>
        <w:jc w:val="center"/>
      </w:pPr>
      <w:r>
        <w:rPr>
          <w:noProof/>
        </w:rPr>
        <w:lastRenderedPageBreak/>
        <w:drawing>
          <wp:inline distT="0" distB="0" distL="0" distR="0" wp14:anchorId="54FDD877" wp14:editId="29662619">
            <wp:extent cx="1828800" cy="1828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2a7fd7-528d-412a-847f-420b57262aa4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3A8CA" w14:textId="77777777" w:rsidR="00B54C3E" w:rsidRDefault="00331D2F">
      <w:pPr>
        <w:jc w:val="center"/>
      </w:pPr>
      <w:r>
        <w:rPr>
          <w:b/>
        </w:rPr>
        <w:t>Packer Medical Center</w:t>
      </w:r>
      <w:r>
        <w:rPr>
          <w:b/>
        </w:rPr>
        <w:br/>
        <w:t>9175 Guilford Rd, Suite 300-1020</w:t>
      </w:r>
      <w:r>
        <w:rPr>
          <w:b/>
        </w:rPr>
        <w:br/>
        <w:t>Columbia, Maryland 21046</w:t>
      </w:r>
      <w:r>
        <w:rPr>
          <w:b/>
        </w:rPr>
        <w:br/>
        <w:t>Phone: (410) 512-9122</w:t>
      </w:r>
      <w:r>
        <w:rPr>
          <w:b/>
        </w:rPr>
        <w:br/>
        <w:t>Email: customerservice@packermedicalcenter.com</w:t>
      </w:r>
      <w:r>
        <w:rPr>
          <w:b/>
        </w:rPr>
        <w:br/>
        <w:t>Website: www.packermedicalcenter.com</w:t>
      </w:r>
      <w:r>
        <w:rPr>
          <w:b/>
        </w:rPr>
        <w:br/>
      </w:r>
    </w:p>
    <w:p w14:paraId="582F30A9" w14:textId="77777777" w:rsidR="00B54C3E" w:rsidRDefault="00331D2F">
      <w:pPr>
        <w:pStyle w:val="Heading1"/>
        <w:jc w:val="center"/>
      </w:pPr>
      <w:r>
        <w:t>4. Financial Policy &amp; Billing Agreement</w:t>
      </w:r>
    </w:p>
    <w:p w14:paraId="256AB716" w14:textId="77777777" w:rsidR="00B54C3E" w:rsidRDefault="00331D2F">
      <w:r>
        <w:t>I agree to be financially responsible for all services provided.</w:t>
      </w:r>
    </w:p>
    <w:p w14:paraId="09FE8BDB" w14:textId="77777777" w:rsidR="00B54C3E" w:rsidRDefault="00331D2F">
      <w:r>
        <w:t>I understand copays and deductibles are due at time of service.</w:t>
      </w:r>
    </w:p>
    <w:p w14:paraId="05480144" w14:textId="77777777" w:rsidR="00B54C3E" w:rsidRDefault="00331D2F">
      <w:r>
        <w:t>Patient Signature: _______________________   Date: __________</w:t>
      </w:r>
    </w:p>
    <w:p w14:paraId="366543BA" w14:textId="77777777" w:rsidR="00B54C3E" w:rsidRDefault="00331D2F">
      <w:r>
        <w:br w:type="page"/>
      </w:r>
    </w:p>
    <w:p w14:paraId="65E40EFC" w14:textId="77777777" w:rsidR="00B54C3E" w:rsidRDefault="00331D2F">
      <w:pPr>
        <w:jc w:val="center"/>
      </w:pPr>
      <w:r>
        <w:rPr>
          <w:noProof/>
        </w:rPr>
        <w:lastRenderedPageBreak/>
        <w:drawing>
          <wp:inline distT="0" distB="0" distL="0" distR="0" wp14:anchorId="4ED050E4" wp14:editId="28BC236E">
            <wp:extent cx="1828800" cy="1828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2a7fd7-528d-412a-847f-420b57262aa4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FC045" w14:textId="77777777" w:rsidR="00B54C3E" w:rsidRDefault="00331D2F">
      <w:pPr>
        <w:jc w:val="center"/>
      </w:pPr>
      <w:r>
        <w:rPr>
          <w:b/>
        </w:rPr>
        <w:t>Packer Medical Center</w:t>
      </w:r>
      <w:r>
        <w:rPr>
          <w:b/>
        </w:rPr>
        <w:br/>
        <w:t>9175 Guilford Rd, Suite 300-1020</w:t>
      </w:r>
      <w:r>
        <w:rPr>
          <w:b/>
        </w:rPr>
        <w:br/>
        <w:t>Columbia, Maryland 21046</w:t>
      </w:r>
      <w:r>
        <w:rPr>
          <w:b/>
        </w:rPr>
        <w:br/>
        <w:t>Phone: (410) 512-9122</w:t>
      </w:r>
      <w:r>
        <w:rPr>
          <w:b/>
        </w:rPr>
        <w:br/>
        <w:t>Email: customerservice@packermedicalcenter.com</w:t>
      </w:r>
      <w:r>
        <w:rPr>
          <w:b/>
        </w:rPr>
        <w:br/>
        <w:t>Website: www.packermedicalcenter.com</w:t>
      </w:r>
      <w:r>
        <w:rPr>
          <w:b/>
        </w:rPr>
        <w:br/>
      </w:r>
    </w:p>
    <w:p w14:paraId="52201864" w14:textId="77777777" w:rsidR="00B54C3E" w:rsidRDefault="00331D2F">
      <w:pPr>
        <w:pStyle w:val="Heading1"/>
        <w:jc w:val="center"/>
      </w:pPr>
      <w:r>
        <w:t>5. Authorization for Release of Medical Records</w:t>
      </w:r>
    </w:p>
    <w:p w14:paraId="3454A1F3" w14:textId="77777777" w:rsidR="00B54C3E" w:rsidRDefault="00331D2F">
      <w:r>
        <w:t>I authorize Packer Medical Center to obtain or release my medical records.</w:t>
      </w:r>
    </w:p>
    <w:p w14:paraId="2DD5B727" w14:textId="77777777" w:rsidR="00B54C3E" w:rsidRDefault="00331D2F">
      <w:r>
        <w:t>Receiving/Sending Provider: __________________________</w:t>
      </w:r>
    </w:p>
    <w:p w14:paraId="7AE01EC4" w14:textId="77777777" w:rsidR="00B54C3E" w:rsidRDefault="00331D2F">
      <w:r>
        <w:t>Patient Signature: _______________________   Date: __________</w:t>
      </w:r>
    </w:p>
    <w:p w14:paraId="03094FF9" w14:textId="77777777" w:rsidR="00B54C3E" w:rsidRDefault="00331D2F">
      <w:r>
        <w:br w:type="page"/>
      </w:r>
    </w:p>
    <w:p w14:paraId="174DC639" w14:textId="77777777" w:rsidR="00B54C3E" w:rsidRDefault="00331D2F">
      <w:pPr>
        <w:jc w:val="center"/>
      </w:pPr>
      <w:r>
        <w:rPr>
          <w:noProof/>
        </w:rPr>
        <w:lastRenderedPageBreak/>
        <w:drawing>
          <wp:inline distT="0" distB="0" distL="0" distR="0" wp14:anchorId="54A7FC51" wp14:editId="4B878299">
            <wp:extent cx="1828800" cy="1828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2a7fd7-528d-412a-847f-420b57262aa4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A261E" w14:textId="77777777" w:rsidR="00B54C3E" w:rsidRDefault="00331D2F">
      <w:pPr>
        <w:jc w:val="center"/>
      </w:pPr>
      <w:r>
        <w:rPr>
          <w:b/>
        </w:rPr>
        <w:t>Packer Medical Center</w:t>
      </w:r>
      <w:r>
        <w:rPr>
          <w:b/>
        </w:rPr>
        <w:br/>
        <w:t>9175 Guilford Rd, Suite 300-1020</w:t>
      </w:r>
      <w:r>
        <w:rPr>
          <w:b/>
        </w:rPr>
        <w:br/>
        <w:t>Columbia, Maryland 21046</w:t>
      </w:r>
      <w:r>
        <w:rPr>
          <w:b/>
        </w:rPr>
        <w:br/>
        <w:t>Phone: (410) 512-9122</w:t>
      </w:r>
      <w:r>
        <w:rPr>
          <w:b/>
        </w:rPr>
        <w:br/>
        <w:t>Email: customerservice@packermedicalcenter.com</w:t>
      </w:r>
      <w:r>
        <w:rPr>
          <w:b/>
        </w:rPr>
        <w:br/>
        <w:t>Website: www.packermedicalcenter.com</w:t>
      </w:r>
      <w:r>
        <w:rPr>
          <w:b/>
        </w:rPr>
        <w:br/>
      </w:r>
    </w:p>
    <w:p w14:paraId="09551A3A" w14:textId="77777777" w:rsidR="00B54C3E" w:rsidRDefault="00331D2F">
      <w:pPr>
        <w:pStyle w:val="Heading1"/>
        <w:jc w:val="center"/>
      </w:pPr>
      <w:r>
        <w:t>6. Insurance Assignment of Benefits</w:t>
      </w:r>
    </w:p>
    <w:p w14:paraId="20DBE7EF" w14:textId="77777777" w:rsidR="00B54C3E" w:rsidRDefault="00331D2F">
      <w:r>
        <w:t>I authorize payment of medical benefits directly to Packer Medical Center.</w:t>
      </w:r>
    </w:p>
    <w:p w14:paraId="2F5D6C87" w14:textId="77777777" w:rsidR="00B54C3E" w:rsidRDefault="00331D2F">
      <w:r>
        <w:t>Patient Signature: _______________________   Date: __________</w:t>
      </w:r>
    </w:p>
    <w:p w14:paraId="2E19536E" w14:textId="77777777" w:rsidR="00B54C3E" w:rsidRDefault="00331D2F">
      <w:r>
        <w:br w:type="page"/>
      </w:r>
    </w:p>
    <w:p w14:paraId="1CA27B61" w14:textId="77777777" w:rsidR="00B54C3E" w:rsidRDefault="00331D2F">
      <w:pPr>
        <w:jc w:val="center"/>
      </w:pPr>
      <w:r>
        <w:rPr>
          <w:noProof/>
        </w:rPr>
        <w:lastRenderedPageBreak/>
        <w:drawing>
          <wp:inline distT="0" distB="0" distL="0" distR="0" wp14:anchorId="28A9F2E3" wp14:editId="1AD7B6FF">
            <wp:extent cx="1828800" cy="1828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2a7fd7-528d-412a-847f-420b57262aa4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3F89B" w14:textId="77777777" w:rsidR="00B54C3E" w:rsidRDefault="00331D2F">
      <w:pPr>
        <w:jc w:val="center"/>
      </w:pPr>
      <w:r>
        <w:rPr>
          <w:b/>
        </w:rPr>
        <w:t>Packer Medical Center</w:t>
      </w:r>
      <w:r>
        <w:rPr>
          <w:b/>
        </w:rPr>
        <w:br/>
        <w:t>9175 Guilford Rd, Suite 300-1020</w:t>
      </w:r>
      <w:r>
        <w:rPr>
          <w:b/>
        </w:rPr>
        <w:br/>
        <w:t>Columbia, Maryland 21046</w:t>
      </w:r>
      <w:r>
        <w:rPr>
          <w:b/>
        </w:rPr>
        <w:br/>
        <w:t>Phone: (410) 512-9122</w:t>
      </w:r>
      <w:r>
        <w:rPr>
          <w:b/>
        </w:rPr>
        <w:br/>
        <w:t>Email: customerservice@packermedicalcenter.com</w:t>
      </w:r>
      <w:r>
        <w:rPr>
          <w:b/>
        </w:rPr>
        <w:br/>
        <w:t>Website: www.packermedicalcenter.com</w:t>
      </w:r>
      <w:r>
        <w:rPr>
          <w:b/>
        </w:rPr>
        <w:br/>
      </w:r>
    </w:p>
    <w:p w14:paraId="364506E9" w14:textId="77777777" w:rsidR="00B54C3E" w:rsidRDefault="00331D2F">
      <w:pPr>
        <w:pStyle w:val="Heading1"/>
        <w:jc w:val="center"/>
      </w:pPr>
      <w:r>
        <w:t>7. Electronic Communication Consent</w:t>
      </w:r>
    </w:p>
    <w:p w14:paraId="1126DFC1" w14:textId="77777777" w:rsidR="00B54C3E" w:rsidRDefault="00331D2F">
      <w:r>
        <w:t>I consent to receive appointment reminders and communications via email, phone, or text message.</w:t>
      </w:r>
    </w:p>
    <w:p w14:paraId="1B62B10E" w14:textId="77777777" w:rsidR="00B54C3E" w:rsidRDefault="00331D2F">
      <w:r>
        <w:t>Patient Signature: _______________________   Date: __________</w:t>
      </w:r>
    </w:p>
    <w:p w14:paraId="342F1392" w14:textId="77777777" w:rsidR="00B54C3E" w:rsidRDefault="00331D2F">
      <w:r>
        <w:br w:type="page"/>
      </w:r>
    </w:p>
    <w:p w14:paraId="0D0E8555" w14:textId="77777777" w:rsidR="00B54C3E" w:rsidRDefault="00331D2F">
      <w:pPr>
        <w:jc w:val="center"/>
      </w:pPr>
      <w:r>
        <w:rPr>
          <w:noProof/>
        </w:rPr>
        <w:lastRenderedPageBreak/>
        <w:drawing>
          <wp:inline distT="0" distB="0" distL="0" distR="0" wp14:anchorId="609427E1" wp14:editId="2ECADB60">
            <wp:extent cx="1828800" cy="1828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2a7fd7-528d-412a-847f-420b57262aa4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DD7B0" w14:textId="77777777" w:rsidR="00B54C3E" w:rsidRDefault="00331D2F">
      <w:pPr>
        <w:jc w:val="center"/>
      </w:pPr>
      <w:r>
        <w:rPr>
          <w:b/>
        </w:rPr>
        <w:t>Packer Medical Center</w:t>
      </w:r>
      <w:r>
        <w:rPr>
          <w:b/>
        </w:rPr>
        <w:br/>
        <w:t>9175 Guilford Rd, Suite 300-1020</w:t>
      </w:r>
      <w:r>
        <w:rPr>
          <w:b/>
        </w:rPr>
        <w:br/>
        <w:t>Columbia, Maryland 21046</w:t>
      </w:r>
      <w:r>
        <w:rPr>
          <w:b/>
        </w:rPr>
        <w:br/>
        <w:t>Phone: (410) 512-9122</w:t>
      </w:r>
      <w:r>
        <w:rPr>
          <w:b/>
        </w:rPr>
        <w:br/>
        <w:t>Email: customerservice@packermedicalcenter.com</w:t>
      </w:r>
      <w:r>
        <w:rPr>
          <w:b/>
        </w:rPr>
        <w:br/>
        <w:t>Website: www.packermedicalcenter.com</w:t>
      </w:r>
      <w:r>
        <w:rPr>
          <w:b/>
        </w:rPr>
        <w:br/>
      </w:r>
    </w:p>
    <w:p w14:paraId="70E82B30" w14:textId="77777777" w:rsidR="00B54C3E" w:rsidRDefault="00331D2F">
      <w:pPr>
        <w:pStyle w:val="Heading1"/>
        <w:jc w:val="center"/>
      </w:pPr>
      <w:r>
        <w:t>8. Telemedicine Consent</w:t>
      </w:r>
    </w:p>
    <w:p w14:paraId="15CDCFBF" w14:textId="77777777" w:rsidR="00B54C3E" w:rsidRDefault="00331D2F">
      <w:r>
        <w:t>I consent to receive medical services via telemedicine.</w:t>
      </w:r>
    </w:p>
    <w:p w14:paraId="13A7826B" w14:textId="77777777" w:rsidR="00B54C3E" w:rsidRDefault="00331D2F">
      <w:r>
        <w:t>I understand telemedicine has limitations and may not replace in‑person evaluation when necessary.</w:t>
      </w:r>
    </w:p>
    <w:p w14:paraId="1C4306E9" w14:textId="77777777" w:rsidR="00B54C3E" w:rsidRDefault="00331D2F">
      <w:r>
        <w:t>Patient Signature: _______________________   Date: __________</w:t>
      </w:r>
    </w:p>
    <w:p w14:paraId="526CC96C" w14:textId="77777777" w:rsidR="00B54C3E" w:rsidRDefault="00331D2F">
      <w:r>
        <w:br w:type="page"/>
      </w:r>
    </w:p>
    <w:p w14:paraId="32781797" w14:textId="77777777" w:rsidR="00B54C3E" w:rsidRDefault="00331D2F">
      <w:pPr>
        <w:jc w:val="center"/>
      </w:pPr>
      <w:r>
        <w:rPr>
          <w:noProof/>
        </w:rPr>
        <w:lastRenderedPageBreak/>
        <w:drawing>
          <wp:inline distT="0" distB="0" distL="0" distR="0" wp14:anchorId="374EB649" wp14:editId="61B3E223">
            <wp:extent cx="1828800" cy="1828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2a7fd7-528d-412a-847f-420b57262aa4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DD026" w14:textId="77777777" w:rsidR="00B54C3E" w:rsidRDefault="00331D2F">
      <w:pPr>
        <w:jc w:val="center"/>
      </w:pPr>
      <w:r>
        <w:rPr>
          <w:b/>
        </w:rPr>
        <w:t>Packer Medical Center</w:t>
      </w:r>
      <w:r>
        <w:rPr>
          <w:b/>
        </w:rPr>
        <w:br/>
        <w:t>9175 Guilford Rd, Suite 300-1020</w:t>
      </w:r>
      <w:r>
        <w:rPr>
          <w:b/>
        </w:rPr>
        <w:br/>
        <w:t>Columbia, Maryland 21046</w:t>
      </w:r>
      <w:r>
        <w:rPr>
          <w:b/>
        </w:rPr>
        <w:br/>
        <w:t>Phone: (410) 512-9122</w:t>
      </w:r>
      <w:r>
        <w:rPr>
          <w:b/>
        </w:rPr>
        <w:br/>
        <w:t>Email: customerservice@packermedicalcenter.com</w:t>
      </w:r>
      <w:r>
        <w:rPr>
          <w:b/>
        </w:rPr>
        <w:br/>
        <w:t>Website: www.packermedicalcenter.com</w:t>
      </w:r>
      <w:r>
        <w:rPr>
          <w:b/>
        </w:rPr>
        <w:br/>
      </w:r>
    </w:p>
    <w:p w14:paraId="2C9728E8" w14:textId="77777777" w:rsidR="00B54C3E" w:rsidRDefault="00331D2F">
      <w:pPr>
        <w:pStyle w:val="Heading1"/>
        <w:jc w:val="center"/>
      </w:pPr>
      <w:r>
        <w:t>9. No‑Show / Late Cancellation Policy</w:t>
      </w:r>
    </w:p>
    <w:p w14:paraId="3E0923B9" w14:textId="77777777" w:rsidR="00B54C3E" w:rsidRDefault="00331D2F">
      <w:r>
        <w:t>I understand appointments cancelled with less than 24 hours notice or missed appointments may incur a fee.</w:t>
      </w:r>
    </w:p>
    <w:p w14:paraId="7FAC4912" w14:textId="77777777" w:rsidR="00B54C3E" w:rsidRDefault="00331D2F">
      <w:r>
        <w:t>Patient Signature: _______________________   Date: __________</w:t>
      </w:r>
    </w:p>
    <w:p w14:paraId="0F7C21B7" w14:textId="77777777" w:rsidR="00B54C3E" w:rsidRDefault="00331D2F">
      <w:r>
        <w:br w:type="page"/>
      </w:r>
    </w:p>
    <w:p w14:paraId="28262BCB" w14:textId="77777777" w:rsidR="00B54C3E" w:rsidRDefault="00331D2F">
      <w:pPr>
        <w:jc w:val="center"/>
      </w:pPr>
      <w:r>
        <w:rPr>
          <w:noProof/>
        </w:rPr>
        <w:lastRenderedPageBreak/>
        <w:drawing>
          <wp:inline distT="0" distB="0" distL="0" distR="0" wp14:anchorId="4CF74DD4" wp14:editId="4671942F">
            <wp:extent cx="1828800" cy="1828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2a7fd7-528d-412a-847f-420b57262aa4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ADB11" w14:textId="77777777" w:rsidR="00B54C3E" w:rsidRDefault="00331D2F">
      <w:pPr>
        <w:jc w:val="center"/>
      </w:pPr>
      <w:r>
        <w:rPr>
          <w:b/>
        </w:rPr>
        <w:t>Packer Medical Center</w:t>
      </w:r>
      <w:r>
        <w:rPr>
          <w:b/>
        </w:rPr>
        <w:br/>
        <w:t>9175 Guilford Rd, Suite 300-1020</w:t>
      </w:r>
      <w:r>
        <w:rPr>
          <w:b/>
        </w:rPr>
        <w:br/>
        <w:t>Columbia, Maryland 21046</w:t>
      </w:r>
      <w:r>
        <w:rPr>
          <w:b/>
        </w:rPr>
        <w:br/>
        <w:t>Phone: (410) 512-9122</w:t>
      </w:r>
      <w:r>
        <w:rPr>
          <w:b/>
        </w:rPr>
        <w:br/>
        <w:t>Email: customerservice@packermedicalcenter.com</w:t>
      </w:r>
      <w:r>
        <w:rPr>
          <w:b/>
        </w:rPr>
        <w:br/>
        <w:t>Website: www.packermedicalcenter.com</w:t>
      </w:r>
      <w:r>
        <w:rPr>
          <w:b/>
        </w:rPr>
        <w:br/>
      </w:r>
    </w:p>
    <w:p w14:paraId="2D631097" w14:textId="77777777" w:rsidR="00B54C3E" w:rsidRDefault="00331D2F">
      <w:pPr>
        <w:pStyle w:val="Heading1"/>
        <w:jc w:val="center"/>
      </w:pPr>
      <w:r>
        <w:t>10. Authorization to Charge Card on File</w:t>
      </w:r>
    </w:p>
    <w:p w14:paraId="4C803C88" w14:textId="77777777" w:rsidR="00B54C3E" w:rsidRDefault="00331D2F">
      <w:r>
        <w:t>I authorize Packer Medical Center to charge my card for copays, balances, or missed appointment fees.</w:t>
      </w:r>
    </w:p>
    <w:p w14:paraId="6E9F18C7" w14:textId="77777777" w:rsidR="00B54C3E" w:rsidRDefault="00331D2F">
      <w:r>
        <w:t>Cardholder Signature: _______________________   Date: __________</w:t>
      </w:r>
    </w:p>
    <w:p w14:paraId="68866F4B" w14:textId="77777777" w:rsidR="00B54C3E" w:rsidRDefault="00331D2F">
      <w:r>
        <w:br w:type="page"/>
      </w:r>
    </w:p>
    <w:p w14:paraId="08688AC2" w14:textId="77777777" w:rsidR="00B54C3E" w:rsidRDefault="00331D2F">
      <w:pPr>
        <w:jc w:val="center"/>
      </w:pPr>
      <w:r>
        <w:rPr>
          <w:noProof/>
        </w:rPr>
        <w:lastRenderedPageBreak/>
        <w:drawing>
          <wp:inline distT="0" distB="0" distL="0" distR="0" wp14:anchorId="0E4EA492" wp14:editId="7A0C322D">
            <wp:extent cx="1828800" cy="1828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2a7fd7-528d-412a-847f-420b57262aa4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FE748" w14:textId="77777777" w:rsidR="00B54C3E" w:rsidRDefault="00331D2F">
      <w:pPr>
        <w:jc w:val="center"/>
      </w:pPr>
      <w:r>
        <w:rPr>
          <w:b/>
        </w:rPr>
        <w:t>Packer Medical Center</w:t>
      </w:r>
      <w:r>
        <w:rPr>
          <w:b/>
        </w:rPr>
        <w:br/>
        <w:t>9175 Guilford Rd, Suite 300-1020</w:t>
      </w:r>
      <w:r>
        <w:rPr>
          <w:b/>
        </w:rPr>
        <w:br/>
        <w:t>Columbia, Maryland 21046</w:t>
      </w:r>
      <w:r>
        <w:rPr>
          <w:b/>
        </w:rPr>
        <w:br/>
        <w:t>Phone: (410) 512-9122</w:t>
      </w:r>
      <w:r>
        <w:rPr>
          <w:b/>
        </w:rPr>
        <w:br/>
        <w:t>Email: customerservice@packermedicalcenter.com</w:t>
      </w:r>
      <w:r>
        <w:rPr>
          <w:b/>
        </w:rPr>
        <w:br/>
        <w:t>Website: www.packermedicalcenter.com</w:t>
      </w:r>
      <w:r>
        <w:rPr>
          <w:b/>
        </w:rPr>
        <w:br/>
      </w:r>
    </w:p>
    <w:p w14:paraId="6A786E79" w14:textId="77777777" w:rsidR="00B54C3E" w:rsidRDefault="00331D2F">
      <w:pPr>
        <w:pStyle w:val="Heading1"/>
        <w:jc w:val="center"/>
      </w:pPr>
      <w:r>
        <w:t>11. Photo ID and Insurance Card Submission</w:t>
      </w:r>
    </w:p>
    <w:p w14:paraId="29331670" w14:textId="77777777" w:rsidR="00B54C3E" w:rsidRDefault="00331D2F">
      <w:r>
        <w:t>Please attach or upload a copy of your government ID and insurance card.</w:t>
      </w:r>
    </w:p>
    <w:p w14:paraId="27F0918B" w14:textId="77777777" w:rsidR="00B54C3E" w:rsidRDefault="00331D2F">
      <w:r>
        <w:t>Patient Signature: _______________________   Date: __________</w:t>
      </w:r>
    </w:p>
    <w:p w14:paraId="530C4694" w14:textId="77777777" w:rsidR="00B54C3E" w:rsidRDefault="00331D2F">
      <w:r>
        <w:br w:type="page"/>
      </w:r>
    </w:p>
    <w:p w14:paraId="18FC87BD" w14:textId="77777777" w:rsidR="00B54C3E" w:rsidRDefault="00331D2F">
      <w:pPr>
        <w:jc w:val="center"/>
      </w:pPr>
      <w:r>
        <w:rPr>
          <w:noProof/>
        </w:rPr>
        <w:lastRenderedPageBreak/>
        <w:drawing>
          <wp:inline distT="0" distB="0" distL="0" distR="0" wp14:anchorId="40EDF0F1" wp14:editId="03412C7D">
            <wp:extent cx="1828800" cy="1828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2a7fd7-528d-412a-847f-420b57262aa4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02DAF" w14:textId="77777777" w:rsidR="00B54C3E" w:rsidRDefault="00331D2F">
      <w:pPr>
        <w:jc w:val="center"/>
      </w:pPr>
      <w:r>
        <w:rPr>
          <w:b/>
        </w:rPr>
        <w:t>Packer Medical Center</w:t>
      </w:r>
      <w:r>
        <w:rPr>
          <w:b/>
        </w:rPr>
        <w:br/>
        <w:t>9175 Guilford Rd, Suite 300-1020</w:t>
      </w:r>
      <w:r>
        <w:rPr>
          <w:b/>
        </w:rPr>
        <w:br/>
        <w:t>Columbia, Maryland 21046</w:t>
      </w:r>
      <w:r>
        <w:rPr>
          <w:b/>
        </w:rPr>
        <w:br/>
        <w:t>Phone: (410) 512-9122</w:t>
      </w:r>
      <w:r>
        <w:rPr>
          <w:b/>
        </w:rPr>
        <w:br/>
        <w:t>Email: customerservice@packermedicalcenter.com</w:t>
      </w:r>
      <w:r>
        <w:rPr>
          <w:b/>
        </w:rPr>
        <w:br/>
        <w:t>Website: www.packermedicalcenter.com</w:t>
      </w:r>
      <w:r>
        <w:rPr>
          <w:b/>
        </w:rPr>
        <w:br/>
      </w:r>
    </w:p>
    <w:p w14:paraId="5B156C1D" w14:textId="77777777" w:rsidR="00B54C3E" w:rsidRDefault="00331D2F">
      <w:pPr>
        <w:pStyle w:val="Heading1"/>
        <w:jc w:val="center"/>
      </w:pPr>
      <w:r>
        <w:t>12. Patient Medical History Questionnaire</w:t>
      </w:r>
    </w:p>
    <w:p w14:paraId="5FE170B2" w14:textId="77777777" w:rsidR="00B54C3E" w:rsidRDefault="00331D2F">
      <w:r>
        <w:t>Primary Medical Conditions: ______________________________</w:t>
      </w:r>
    </w:p>
    <w:p w14:paraId="66AD4689" w14:textId="77777777" w:rsidR="00B54C3E" w:rsidRDefault="00331D2F">
      <w:r>
        <w:t>Current Medications: ___________________________________</w:t>
      </w:r>
    </w:p>
    <w:p w14:paraId="2077E8DD" w14:textId="77777777" w:rsidR="00B54C3E" w:rsidRDefault="00331D2F">
      <w:r>
        <w:t>Allergies: _____________________________________________</w:t>
      </w:r>
    </w:p>
    <w:p w14:paraId="332D19C3" w14:textId="77777777" w:rsidR="00B54C3E" w:rsidRDefault="00331D2F">
      <w:r>
        <w:t>Past Surgeries/Hospitalizations: _________________________</w:t>
      </w:r>
    </w:p>
    <w:p w14:paraId="64421F83" w14:textId="77777777" w:rsidR="00B54C3E" w:rsidRDefault="00331D2F">
      <w:r>
        <w:t>Family Medical History: _________________________________</w:t>
      </w:r>
    </w:p>
    <w:p w14:paraId="57BFBDFA" w14:textId="77777777" w:rsidR="00B54C3E" w:rsidRDefault="00331D2F">
      <w:r>
        <w:t>Patient Signature: _______________________   Date: __________</w:t>
      </w:r>
    </w:p>
    <w:sectPr w:rsidR="00B54C3E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11853128">
    <w:abstractNumId w:val="8"/>
  </w:num>
  <w:num w:numId="2" w16cid:durableId="1350373161">
    <w:abstractNumId w:val="6"/>
  </w:num>
  <w:num w:numId="3" w16cid:durableId="1552883030">
    <w:abstractNumId w:val="5"/>
  </w:num>
  <w:num w:numId="4" w16cid:durableId="14694671">
    <w:abstractNumId w:val="4"/>
  </w:num>
  <w:num w:numId="5" w16cid:durableId="1315841187">
    <w:abstractNumId w:val="7"/>
  </w:num>
  <w:num w:numId="6" w16cid:durableId="1910840820">
    <w:abstractNumId w:val="3"/>
  </w:num>
  <w:num w:numId="7" w16cid:durableId="983847485">
    <w:abstractNumId w:val="2"/>
  </w:num>
  <w:num w:numId="8" w16cid:durableId="1073158895">
    <w:abstractNumId w:val="1"/>
  </w:num>
  <w:num w:numId="9" w16cid:durableId="8585434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331D2F"/>
    <w:rsid w:val="00792E8E"/>
    <w:rsid w:val="009B1478"/>
    <w:rsid w:val="00AA1D8D"/>
    <w:rsid w:val="00B47730"/>
    <w:rsid w:val="00B54C3E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0A60BA"/>
  <w14:defaultImageDpi w14:val="300"/>
  <w15:docId w15:val="{153A20E8-ED90-4B68-AB2F-B983B2257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804</Words>
  <Characters>4584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5378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Felicia Nicholsonbrown</cp:lastModifiedBy>
  <cp:revision>2</cp:revision>
  <dcterms:created xsi:type="dcterms:W3CDTF">2026-03-16T15:34:00Z</dcterms:created>
  <dcterms:modified xsi:type="dcterms:W3CDTF">2026-03-16T15:34:00Z</dcterms:modified>
  <cp:category/>
</cp:coreProperties>
</file>